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[YOUR FULL NAME]</w:t>
      </w:r>
    </w:p>
    <w:p>
      <w:pPr>
        <w:jc w:val="center"/>
      </w:pPr>
      <w:r>
        <w:rPr>
          <w:b w:val="0"/>
        </w:rPr>
        <w:t>[City, New Zealand] | [email@example.com] | [+64 XX XXX XXXX]</w:t>
      </w:r>
    </w:p>
    <w:p>
      <w:pPr>
        <w:jc w:val="center"/>
      </w:pPr>
      <w:r>
        <w:rPr>
          <w:b/>
        </w:rPr>
        <w:t>Working Holiday Visa — right to work in New Zealand | [Immediate start / Available from DATE] | [Driver licence / Forklift / Other useful certificate]</w:t>
      </w:r>
    </w:p>
    <w:p>
      <w:pPr>
        <w:pStyle w:val="Heading1"/>
      </w:pPr>
      <w:r>
        <w:t>PROFILE</w:t>
      </w:r>
    </w:p>
    <w:p>
      <w:r>
        <w:t>[2–4 lines tailored to the type of job you are applying for. Say what you can do, the environments you have worked in, your availability, and the strengths that matter for this role. Avoid generic claims you cannot support.]</w:t>
      </w:r>
    </w:p>
    <w:p>
      <w:pPr>
        <w:pStyle w:val="Heading1"/>
      </w:pPr>
      <w:r>
        <w:t>AVAILABILITY</w:t>
      </w:r>
    </w:p>
    <w:p>
      <w:pPr/>
      <w:r>
        <w:t>• [Available from DATE; full-time / part-time; weekdays / weekends / shifts]</w:t>
      </w:r>
    </w:p>
    <w:p>
      <w:pPr/>
      <w:r>
        <w:t>• [Open to: warehouse, packhouse, hospitality, construction, cleaning, retail, etc. — keep only what fits your target]</w:t>
      </w:r>
    </w:p>
    <w:p>
      <w:pPr/>
      <w:r>
        <w:t>• [Transport: own car / licence / public transport / willing to relocate, if relevant]</w:t>
      </w:r>
    </w:p>
    <w:p>
      <w:pPr>
        <w:pStyle w:val="Heading1"/>
      </w:pPr>
      <w:r>
        <w:t>KEY SKILLS</w:t>
      </w:r>
    </w:p>
    <w:p>
      <w:r>
        <w:t>• [Skill or certificate that appears in the job ad]</w:t>
      </w:r>
    </w:p>
    <w:p>
      <w:r>
        <w:t>• [Relevant equipment / tools / software]</w:t>
      </w:r>
    </w:p>
    <w:p>
      <w:r>
        <w:t>• [Relevant environment: warehouse, packhouse, customer service, hospitality, construction, etc.]</w:t>
      </w:r>
    </w:p>
    <w:p>
      <w:r>
        <w:t>• [Safety / hygiene / stock handling / cash handling / administration — as applicable]</w:t>
      </w:r>
    </w:p>
    <w:p>
      <w:r>
        <w:t>• [English level] | [Other language]</w:t>
      </w:r>
    </w:p>
    <w:p>
      <w:pPr>
        <w:pStyle w:val="Heading1"/>
      </w:pPr>
      <w:r>
        <w:t>WORK EXPERIENCE — NEW ZEALAND</w:t>
      </w:r>
    </w:p>
    <w:p>
      <w:r>
        <w:rPr>
          <w:b/>
        </w:rPr>
        <w:t>[JOB TITLE] — [EMPLOYER / AGENCY]</w:t>
      </w:r>
      <w:r>
        <w:t xml:space="preserve">    [Mon YYYY – Mon YYYY]</w:t>
      </w:r>
    </w:p>
    <w:p>
      <w:r>
        <w:t>[City / Region, New Zealand]</w:t>
      </w:r>
    </w:p>
    <w:p>
      <w:r>
        <w:t>• [Action + task + context: e.g. Operated ... in a fast-paced ... environment]</w:t>
      </w:r>
    </w:p>
    <w:p>
      <w:r>
        <w:t>• [Responsibility or measurable result]</w:t>
      </w:r>
    </w:p>
    <w:p>
      <w:r>
        <w:t>• [Safety / quality / teamwork / customer service responsibility]</w:t>
      </w:r>
    </w:p>
    <w:p>
      <w:pPr>
        <w:pStyle w:val="Heading1"/>
      </w:pPr>
      <w:r>
        <w:t>WORK EXPERIENCE — HOME COUNTRY / OTHER</w:t>
      </w:r>
    </w:p>
    <w:p>
      <w:r>
        <w:rPr>
          <w:b/>
        </w:rPr>
        <w:t>[JOB TITLE] — [EMPLOYER]</w:t>
      </w:r>
      <w:r>
        <w:t xml:space="preserve">    [YYYY – YYYY]</w:t>
      </w:r>
    </w:p>
    <w:p>
      <w:r>
        <w:t>• [Relevant responsibility written in clear English]</w:t>
      </w:r>
    </w:p>
    <w:p>
      <w:r>
        <w:t>• [Transferable skill or result relevant to the NZ job]</w:t>
      </w:r>
    </w:p>
    <w:p>
      <w:pPr>
        <w:pStyle w:val="Heading1"/>
      </w:pPr>
      <w:r>
        <w:t>CERTIFICATIONS</w:t>
      </w:r>
    </w:p>
    <w:p>
      <w:r>
        <w:t>• [Certificate / licence] — [Provider], [Country], [valid until DATE if applicable]</w:t>
      </w:r>
    </w:p>
    <w:p>
      <w:pPr>
        <w:pStyle w:val="Heading1"/>
      </w:pPr>
      <w:r>
        <w:t>EDUCATION</w:t>
      </w:r>
    </w:p>
    <w:p>
      <w:r>
        <w:t>• [Degree / qualification] — [Institution], [Country] ([Completed / In progress])</w:t>
      </w:r>
    </w:p>
    <w:p>
      <w:pPr>
        <w:pStyle w:val="Heading1"/>
      </w:pPr>
      <w:r>
        <w:t>LANGUAGES</w:t>
      </w:r>
    </w:p>
    <w:p>
      <w:r>
        <w:t>• Spanish — Native</w:t>
      </w:r>
    </w:p>
    <w:p>
      <w:r>
        <w:t>• English — [A2 / B1 / B2 / C1 / description you can honestly support]</w:t>
      </w:r>
    </w:p>
    <w:p>
      <w:pPr>
        <w:pStyle w:val="Heading1"/>
      </w:pPr>
      <w:r>
        <w:t>ADDITIONAL INFORMATION</w:t>
      </w:r>
    </w:p>
    <w:p>
      <w:r>
        <w:t>• References available on request</w:t>
      </w:r>
    </w:p>
    <w:p/>
    <w:p>
      <w:r>
        <w:rPr>
          <w:i/>
          <w:sz w:val="16"/>
        </w:rPr>
        <w:t>TIP: Save a master CV, then duplicate it for each type of job. Use the wording of the job ad naturally where it genuinely matches your experience. Delete this note before sending.</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0"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ascii="Arial" w:hAnsi="Arial"/>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